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מי, מה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תשובה מתאימה לכל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ותשובות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המתאימה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 קורא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רותי אוכלת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בתל אביב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שואלת תמיד על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איפה מתארת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מה שואלת על דבר, לא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התשובה היא בדרך כלל שם של אדם או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עיר היא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משפט למילת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מי ותשובה מתאימה עם שם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עם איפה ותשובה שמתארת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אדם או בעל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עם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השאלות בקול ולבקש מהתלמידים לענות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בחלקי ה-mc וה-fill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נוספות מהסביבה הקרובה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שאלה עוזרות לנו לשאול על אנשים, דברים ומקומות. בדף הזה נתרגל להבין שאלות עם מי, מה ואיפה ולמצוא להן תשובה מתאימה.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המתאימה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קורא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קורא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על המדף?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הילדים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אוכל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רותי אוכלת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צבע השמיים?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גרה הדודה?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'מי' שואלת על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'איפה'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לענות על שאלת 'מי' בשם של דבר דומם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לשאלת 'איפה' יכולה להיות שם של 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זה? זה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ישב על הכיסא? דני ישב על הכיסא.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הילד? הילד בגן.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אוהב גלידה? רותי אוהבת גלידה.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גרה הסבתא? הסבתא גרה בחיפה.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משפט למילת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דני קורא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איפה?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רותי אוכלת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המילה 'מי' וענו עליה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המילה 'איפה' וענו עליה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שואלת מילת השאלה 'מי'?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עם 'מה'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___ הכלב ישן? הכלב ישן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