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מי, מה ואיפה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תשובה מתאימה לכל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ותשובות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המתאימה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דני קורא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שואלת תמיד על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איפה מתארת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משפט למילת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(איפה?)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מי ותשובה מתאימה עם שם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אדם או בעל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עם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השאלות בקול ולבקש מהתלמידים לענות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בחלקי ה-mc וה-fill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נוספות מהסביבה הקרובה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שאלה עוזרות לנו לשאול על אנשים, דברים ומקומות. בדף הזה נתרגל להבין שאלות עם מי, מה ואיפה ולמצוא להן תשובה מתאימה.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  ·  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המתאימה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קורא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דני קורא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השולחן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 על המדף?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הילדים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השאלה 'מי' שואלת על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השאלה 'איפה'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זה? זה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ישב על הכיסא? דני ישב על הכיסא.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משפט למילת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דני קורא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רותי אוכלת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איפה?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עם המילה 'מי' וענו עליה בעצמכם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על מה שואלת מילת השאלה 'מי'?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לשאלה עם 'מה'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